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6DF" w:rsidRDefault="00B57F4A" w:rsidP="00B57F4A">
      <w:pPr>
        <w:pStyle w:val="Titolo1"/>
        <w:jc w:val="both"/>
      </w:pPr>
      <w:r>
        <w:t>ALLEGATO 1</w:t>
      </w:r>
    </w:p>
    <w:p w:rsidR="009606DF" w:rsidRDefault="00B57F4A" w:rsidP="00B57F4A">
      <w:pPr>
        <w:jc w:val="both"/>
      </w:pPr>
      <w:r>
        <w:t>MODELLO DI MANIFESTAZIONE DI INTERESSE</w:t>
      </w:r>
    </w:p>
    <w:p w:rsidR="009606DF" w:rsidRDefault="00B57F4A" w:rsidP="00B57F4A">
      <w:pPr>
        <w:jc w:val="both"/>
      </w:pPr>
      <w:r>
        <w:t>per l’affidamento di servizi di partecipazione a fiere di settore</w:t>
      </w:r>
      <w:r>
        <w:br/>
        <w:t>(Progetto CUP J85B23000510001 – “Il biologico tra tradizione e innovazione”)</w:t>
      </w:r>
    </w:p>
    <w:p w:rsidR="009606DF" w:rsidRDefault="00B57F4A" w:rsidP="00B57F4A">
      <w:pPr>
        <w:pStyle w:val="Titolo2"/>
        <w:jc w:val="both"/>
      </w:pPr>
      <w:r>
        <w:t>Sezione A – DATI DELL’OPERATORE ECONOMICO</w:t>
      </w:r>
    </w:p>
    <w:p w:rsidR="009606DF" w:rsidRDefault="00B57F4A" w:rsidP="00B57F4A">
      <w:pPr>
        <w:jc w:val="both"/>
      </w:pPr>
      <w:r>
        <w:t xml:space="preserve">Il/La </w:t>
      </w:r>
      <w:r>
        <w:t>sottoscritto/a: .........................................................</w:t>
      </w:r>
    </w:p>
    <w:p w:rsidR="009606DF" w:rsidRDefault="00B57F4A" w:rsidP="00B57F4A">
      <w:pPr>
        <w:jc w:val="both"/>
      </w:pPr>
      <w:r>
        <w:t>Nato/a a: ............................................. il: .................</w:t>
      </w:r>
    </w:p>
    <w:p w:rsidR="009606DF" w:rsidRDefault="00B57F4A" w:rsidP="00B57F4A">
      <w:pPr>
        <w:jc w:val="both"/>
      </w:pPr>
      <w:r>
        <w:t>In qualità di (carica sociale/legale rappresentante</w:t>
      </w:r>
      <w:bookmarkStart w:id="0" w:name="_GoBack"/>
      <w:bookmarkEnd w:id="0"/>
      <w:r>
        <w:t>/procuratore): ............</w:t>
      </w:r>
    </w:p>
    <w:p w:rsidR="009606DF" w:rsidRDefault="00B57F4A" w:rsidP="00B57F4A">
      <w:pPr>
        <w:jc w:val="both"/>
      </w:pPr>
      <w:r>
        <w:t>Ragione sociale: ........</w:t>
      </w:r>
      <w:r>
        <w:t>....................................................</w:t>
      </w:r>
    </w:p>
    <w:p w:rsidR="009606DF" w:rsidRDefault="00B57F4A" w:rsidP="00B57F4A">
      <w:pPr>
        <w:jc w:val="both"/>
      </w:pPr>
      <w:r>
        <w:t>Forma giuridica: ............................................................</w:t>
      </w:r>
    </w:p>
    <w:p w:rsidR="009606DF" w:rsidRDefault="00B57F4A" w:rsidP="00B57F4A">
      <w:pPr>
        <w:jc w:val="both"/>
      </w:pPr>
      <w:r>
        <w:t>Sede legale: .................................................................</w:t>
      </w:r>
    </w:p>
    <w:p w:rsidR="009606DF" w:rsidRDefault="00B57F4A" w:rsidP="00B57F4A">
      <w:pPr>
        <w:jc w:val="both"/>
      </w:pPr>
      <w:r>
        <w:t>CAP – Comune – Provincia – Stato: ............</w:t>
      </w:r>
      <w:r>
        <w:t>...............................</w:t>
      </w:r>
    </w:p>
    <w:p w:rsidR="009606DF" w:rsidRDefault="00B57F4A" w:rsidP="00B57F4A">
      <w:pPr>
        <w:jc w:val="both"/>
      </w:pPr>
      <w:r>
        <w:t>Codice Fiscale / P.IVA: .....................................................</w:t>
      </w:r>
    </w:p>
    <w:p w:rsidR="009606DF" w:rsidRDefault="00B57F4A" w:rsidP="00B57F4A">
      <w:pPr>
        <w:jc w:val="both"/>
      </w:pPr>
      <w:r>
        <w:t>Numero REA / iscrizione CCIAA: ..............................................</w:t>
      </w:r>
    </w:p>
    <w:p w:rsidR="009606DF" w:rsidRDefault="00B57F4A" w:rsidP="00B57F4A">
      <w:pPr>
        <w:jc w:val="both"/>
      </w:pPr>
      <w:r>
        <w:t>Indirizzo PEC: .....................................................</w:t>
      </w:r>
      <w:r>
        <w:t>.........</w:t>
      </w:r>
    </w:p>
    <w:p w:rsidR="009606DF" w:rsidRDefault="00B57F4A" w:rsidP="00B57F4A">
      <w:pPr>
        <w:jc w:val="both"/>
      </w:pPr>
      <w:r>
        <w:t>Telefono / e-mail di riferimento: ...........................................</w:t>
      </w:r>
    </w:p>
    <w:p w:rsidR="009606DF" w:rsidRDefault="00B57F4A" w:rsidP="00B57F4A">
      <w:pPr>
        <w:pStyle w:val="Titolo2"/>
        <w:jc w:val="both"/>
      </w:pPr>
      <w:r>
        <w:t>Sezione B – DICHIARA</w:t>
      </w:r>
    </w:p>
    <w:p w:rsidR="009606DF" w:rsidRDefault="00B57F4A" w:rsidP="00B57F4A">
      <w:pPr>
        <w:jc w:val="both"/>
      </w:pPr>
      <w:r>
        <w:t>1. di manifestare il proprio interesse a partecipare alla procedura per l’affidamento dei servizi di partecipazione a fiere di settore oggetto dell</w:t>
      </w:r>
      <w:r>
        <w:t>’Avviso ANABIO;</w:t>
      </w:r>
    </w:p>
    <w:p w:rsidR="009606DF" w:rsidRDefault="00B57F4A" w:rsidP="00B57F4A">
      <w:pPr>
        <w:jc w:val="both"/>
      </w:pPr>
      <w:r>
        <w:t>2. di essere regolarmente iscritto al Registro delle Imprese della CCIAA con attività coerente con l’oggetto del servizio (gestione eventi, allestimento spazi fieristici, organizzazione eventi integrati);</w:t>
      </w:r>
    </w:p>
    <w:p w:rsidR="009606DF" w:rsidRDefault="00B57F4A" w:rsidP="00B57F4A">
      <w:pPr>
        <w:jc w:val="both"/>
      </w:pPr>
      <w:r>
        <w:t>3. di aver svolto, nel triennio 202</w:t>
      </w:r>
      <w:r>
        <w:t>2–2024, almeno tre incarichi analoghi al servizio oggetto della presente procedura;</w:t>
      </w:r>
    </w:p>
    <w:p w:rsidR="009606DF" w:rsidRDefault="00B57F4A" w:rsidP="00B57F4A">
      <w:pPr>
        <w:jc w:val="both"/>
      </w:pPr>
      <w:r>
        <w:t>4. di possedere capacità organizzativa e disponibilità a garantire l’esecuzione del servizio nei tempi e con le modalità previste dall’Avviso;</w:t>
      </w:r>
    </w:p>
    <w:p w:rsidR="009606DF" w:rsidRDefault="00B57F4A" w:rsidP="00B57F4A">
      <w:pPr>
        <w:jc w:val="both"/>
      </w:pPr>
      <w:r>
        <w:t xml:space="preserve">5. di non trovarsi in alcuna </w:t>
      </w:r>
      <w:r>
        <w:t>delle cause di esclusione previste dall’art. 80 del D.lgs. 50/2016 e s.m.i. (se applicabile) o, in ogni caso, di non essere destinatario di provvedimenti che impediscano la contrattazione con enti pubblici o associazioni beneficiarie di fondi pubblici;</w:t>
      </w:r>
    </w:p>
    <w:p w:rsidR="009606DF" w:rsidRDefault="00B57F4A" w:rsidP="00B57F4A">
      <w:pPr>
        <w:jc w:val="both"/>
      </w:pPr>
      <w:r>
        <w:lastRenderedPageBreak/>
        <w:t xml:space="preserve">6. </w:t>
      </w:r>
      <w:r>
        <w:t>di accettare integralmente le condizioni riportate nell’Avviso pubblico;</w:t>
      </w:r>
    </w:p>
    <w:p w:rsidR="009606DF" w:rsidRDefault="00B57F4A" w:rsidP="00B57F4A">
      <w:pPr>
        <w:jc w:val="both"/>
      </w:pPr>
      <w:r>
        <w:t>7. di autorizzare il trattamento dei dati personali ai sensi del Reg. (UE) 2016/679 e del D.lgs. 196/2003 e s.m.i. per le finalità connesse alla presente procedura.</w:t>
      </w:r>
    </w:p>
    <w:p w:rsidR="009606DF" w:rsidRDefault="00B57F4A" w:rsidP="00B57F4A">
      <w:pPr>
        <w:pStyle w:val="Titolo2"/>
        <w:jc w:val="both"/>
      </w:pPr>
      <w:r>
        <w:t>Sezione C – DOCUME</w:t>
      </w:r>
      <w:r>
        <w:t>NTI ALLEGATI</w:t>
      </w:r>
    </w:p>
    <w:p w:rsidR="009606DF" w:rsidRDefault="00B57F4A" w:rsidP="00B57F4A">
      <w:pPr>
        <w:jc w:val="both"/>
      </w:pPr>
      <w:r>
        <w:t>- copia documento di identità in corso di validità del sottoscrittore;</w:t>
      </w:r>
    </w:p>
    <w:p w:rsidR="009606DF" w:rsidRDefault="00B57F4A" w:rsidP="00B57F4A">
      <w:pPr>
        <w:jc w:val="both"/>
      </w:pPr>
      <w:r>
        <w:t>- eventuale curriculum aziendale o portfolio dei servizi analoghi realizzati.</w:t>
      </w:r>
    </w:p>
    <w:p w:rsidR="009606DF" w:rsidRDefault="00B57F4A" w:rsidP="00B57F4A">
      <w:pPr>
        <w:jc w:val="both"/>
      </w:pPr>
      <w:r>
        <w:br/>
        <w:t>Luogo e data: .....................................................</w:t>
      </w:r>
    </w:p>
    <w:p w:rsidR="00B57F4A" w:rsidRDefault="00B57F4A" w:rsidP="00B57F4A">
      <w:pPr>
        <w:jc w:val="both"/>
      </w:pPr>
      <w:r>
        <w:br/>
      </w:r>
      <w:proofErr w:type="spellStart"/>
      <w:r>
        <w:t>Firma</w:t>
      </w:r>
      <w:proofErr w:type="spellEnd"/>
      <w:r>
        <w:t xml:space="preserve"> del </w:t>
      </w:r>
      <w:proofErr w:type="spellStart"/>
      <w:r>
        <w:t>L</w:t>
      </w:r>
      <w:r>
        <w:t>egale</w:t>
      </w:r>
      <w:proofErr w:type="spellEnd"/>
      <w:r>
        <w:t xml:space="preserve"> </w:t>
      </w:r>
      <w:proofErr w:type="spellStart"/>
      <w:r>
        <w:t>R</w:t>
      </w:r>
      <w:r>
        <w:t>appres</w:t>
      </w:r>
      <w:r>
        <w:t>entante</w:t>
      </w:r>
      <w:proofErr w:type="spellEnd"/>
    </w:p>
    <w:p w:rsidR="009606DF" w:rsidRDefault="00B57F4A" w:rsidP="00B57F4A">
      <w:pPr>
        <w:jc w:val="both"/>
      </w:pPr>
      <w:r>
        <w:br/>
        <w:t>_____________________________</w:t>
      </w:r>
    </w:p>
    <w:p w:rsidR="009606DF" w:rsidRDefault="00B57F4A" w:rsidP="00B57F4A">
      <w:pPr>
        <w:jc w:val="both"/>
      </w:pPr>
      <w:r>
        <w:t>(Timbro e firma leggibile)</w:t>
      </w:r>
    </w:p>
    <w:sectPr w:rsidR="009606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606DF"/>
    <w:rsid w:val="00AA1D8D"/>
    <w:rsid w:val="00B47730"/>
    <w:rsid w:val="00B57F4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A33243"/>
  <w14:defaultImageDpi w14:val="300"/>
  <w15:docId w15:val="{2321DEC2-9272-4F88-BEC5-5506AD8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2155EB-1F1A-490E-99A0-BBCCAE24F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Natalina Savoca</cp:lastModifiedBy>
  <cp:revision>2</cp:revision>
  <dcterms:created xsi:type="dcterms:W3CDTF">2013-12-23T23:15:00Z</dcterms:created>
  <dcterms:modified xsi:type="dcterms:W3CDTF">2025-10-01T15:24:00Z</dcterms:modified>
  <cp:category/>
</cp:coreProperties>
</file>